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친권자(부모) 동의서</w:t>
      </w:r>
    </w:p>
    <w:p>
      <w:pPr>
        <w:jc w:val="center"/>
      </w:pPr>
      <w:r>
        <w:rPr>
          <w:color w:val="0D9488"/>
          <w:sz w:val="22"/>
        </w:rPr>
        <w:t>— 미성년자(연소자) 아르바이트용 —</w:t>
      </w:r>
    </w:p>
    <w:p>
      <w:r>
        <w:rPr>
          <w:b/>
          <w:color w:val="0D9488"/>
          <w:sz w:val="24"/>
        </w:rPr>
        <w:t>1. 청소년(근로자) 인적사항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성명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생년월일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년    월    일 (만    세)</w:t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주소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연락처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학교명 / 학년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</w:r>
          </w:p>
        </w:tc>
      </w:tr>
    </w:tbl>
    <w:p/>
    <w:p>
      <w:r>
        <w:rPr>
          <w:b/>
          <w:color w:val="0D9488"/>
          <w:sz w:val="24"/>
        </w:rPr>
        <w:t>2. 근무 사업장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사업장명(상호)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사업장 주소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사업장 연락처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대표자(사업주) 성명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담당 업무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</w:r>
          </w:p>
        </w:tc>
      </w:tr>
    </w:tbl>
    <w:p/>
    <w:p>
      <w:r>
        <w:rPr>
          <w:b/>
          <w:color w:val="0D9488"/>
          <w:sz w:val="24"/>
        </w:rPr>
        <w:t>3. 근로 조건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근로 기간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년    월    일 ~    년    월    일</w:t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근무 요일·시간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주    일,    :    ~    :    (1일    시간, 1주    시간)</w:t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휴게시간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근로    시간 중    분</w:t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임금(시급)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시간급    원, 매월    일 본인 계좌로 지급</w:t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휴일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</w:r>
          </w:p>
        </w:tc>
      </w:tr>
    </w:tbl>
    <w:p/>
    <w:p>
      <w:r>
        <w:t>본인은 위 청소년의 친권자(후견인)로서, 위 청소년이 위 사업장에서 위 근로 조건으로 근로하는 것에 동의합니다. 또한 근로계약은 청소년 본인이 직접 체결하며, 임금은 청소년 본인에게 직접 지급되는 것을 확인합니다.</w:t>
      </w:r>
    </w:p>
    <w:p/>
    <w:p>
      <w:r>
        <w:rPr>
          <w:b/>
          <w:color w:val="0D9488"/>
          <w:sz w:val="24"/>
        </w:rPr>
        <w:t>4. 친권자(후견인) 인적사항 및 서명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성명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청소년과의 관계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부 / 모 / 후견인 (해당에 ○)</w:t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생년월일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년    월    일</w:t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주소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연락처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</w:r>
          </w:p>
        </w:tc>
      </w:tr>
    </w:tbl>
    <w:p/>
    <w:p>
      <w:pPr>
        <w:jc w:val="right"/>
      </w:pPr>
      <w:r>
        <w:t>작성일:       년      월      일</w:t>
      </w:r>
    </w:p>
    <w:p>
      <w:pPr>
        <w:jc w:val="right"/>
      </w:pPr>
      <w:r>
        <w:rPr>
          <w:b/>
        </w:rPr>
        <w:t>친권자(후견인) 성명:              (서명 또는 인)</w:t>
      </w:r>
    </w:p>
    <w:p>
      <w:pPr>
        <w:jc w:val="right"/>
      </w:pPr>
      <w:r>
        <w:t>청소년(근로자) 성명:               (서명)</w:t>
      </w:r>
    </w:p>
    <w:p/>
    <w:p>
      <w:r>
        <w:rPr>
          <w:b/>
          <w:sz w:val="19"/>
        </w:rPr>
        <w:t>※ 안내</w:t>
      </w:r>
    </w:p>
    <w:p>
      <w:r>
        <w:rPr>
          <w:color w:val="555555"/>
          <w:sz w:val="18"/>
        </w:rPr>
        <w:t>· 이 동의서는 근로기준법 제66조에 따라 연령을 증명하는 가족관계증명서와 함께 사업장에 갖추어 두는 서류입니다. 제출할 때 가족관계증명서를 함께 준비하세요.</w:t>
      </w:r>
    </w:p>
    <w:p>
      <w:r>
        <w:rPr>
          <w:color w:val="555555"/>
          <w:sz w:val="18"/>
        </w:rPr>
        <w:t>· 근로기준법상 정해진 단일 서식이 있는 것은 아니며, 고용노동부가 제공하는 연소근로자 표준근로계약서 파일에 친권자(후견인) 동의서가 함께 포함되어 있습니다(고용노동부 홈페이지 정책자료실). 이 양식은 고용노동부 동의서의 필수 기재 항목(청소년·사업장·근로조건·친권자 인적사항·서명·날짜)을 기준으로 작성했습니다.</w:t>
      </w:r>
    </w:p>
    <w:p>
      <w:r>
        <w:rPr>
          <w:color w:val="555555"/>
          <w:sz w:val="18"/>
        </w:rPr>
        <w:t>· 친권자(후견인)의 자필 서명 또는 날인이 없으면 동의서로 인정받기 어려울 수 있으니 반드시 서명란을 채워 주세요.</w:t>
      </w:r>
    </w:p>
    <w:p>
      <w:r>
        <w:rPr>
          <w:color w:val="555555"/>
          <w:sz w:val="18"/>
        </w:rPr>
        <w:t>· 만 15세 이상 18세 미만의 근로시간은 1일 7시간·1주 35시간을 초과할 수 없고(합의 시 1일 1시간·1주 5시간 한도 연장 가능), 오후 10시부터 오전 6시까지의 야간근로와 휴일근로는 원칙적으로 금지됩니다(근로기준법 제69조·제70조).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