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4"/>
        </w:rPr>
        <w:t>거 래 명 세 서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val="clear" w:fill="DCFCE7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공 급 자</w:t>
            </w:r>
          </w:p>
        </w:tc>
        <w:tc>
          <w:tcPr>
            <w:tcW w:type="dxa" w:w="3288"/>
            <w:gridSpan w:val="2"/>
          </w:tcPr>
          <w:p/>
        </w:tc>
        <w:tc>
          <w:tcPr>
            <w:tcW w:type="dxa" w:w="1644"/>
            <w:shd w:val="clear" w:fill="DCFCE7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공 급 받 는 자</w:t>
            </w:r>
          </w:p>
        </w:tc>
        <w:tc>
          <w:tcPr>
            <w:tcW w:type="dxa" w:w="3288"/>
            <w:gridSpan w:val="2"/>
          </w:tcPr>
          <w:p/>
        </w:tc>
      </w:tr>
      <w:tr>
        <w:tc>
          <w:tcPr>
            <w:tcW w:type="dxa" w:w="1644"/>
            <w:shd w:val="clear" w:fill="F0FDF4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등록번호</w:t>
            </w:r>
          </w:p>
        </w:tc>
        <w:tc>
          <w:tcPr>
            <w:tcW w:type="dxa" w:w="3288"/>
            <w:gridSpan w:val="2"/>
          </w:tcPr>
          <w:p/>
        </w:tc>
        <w:tc>
          <w:tcPr>
            <w:tcW w:type="dxa" w:w="1644"/>
            <w:shd w:val="clear" w:fill="F0FDF4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등록번호</w:t>
            </w:r>
          </w:p>
        </w:tc>
        <w:tc>
          <w:tcPr>
            <w:tcW w:type="dxa" w:w="3288"/>
            <w:gridSpan w:val="2"/>
          </w:tcPr>
          <w:p/>
        </w:tc>
      </w:tr>
      <w:tr>
        <w:tc>
          <w:tcPr>
            <w:tcW w:type="dxa" w:w="1644"/>
            <w:shd w:val="clear" w:fill="F0FDF4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상호(법인명)</w:t>
            </w:r>
          </w:p>
        </w:tc>
        <w:tc>
          <w:tcPr>
            <w:tcW w:type="dxa" w:w="3288"/>
            <w:gridSpan w:val="2"/>
          </w:tcPr>
          <w:p/>
        </w:tc>
        <w:tc>
          <w:tcPr>
            <w:tcW w:type="dxa" w:w="1644"/>
            <w:shd w:val="clear" w:fill="F0FDF4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상호(법인명)</w:t>
            </w:r>
          </w:p>
        </w:tc>
        <w:tc>
          <w:tcPr>
            <w:tcW w:type="dxa" w:w="3288"/>
            <w:gridSpan w:val="2"/>
          </w:tcPr>
          <w:p/>
        </w:tc>
      </w:tr>
      <w:tr>
        <w:tc>
          <w:tcPr>
            <w:tcW w:type="dxa" w:w="1644"/>
            <w:shd w:val="clear" w:fill="F0FDF4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성명(대표자)</w:t>
            </w:r>
          </w:p>
        </w:tc>
        <w:tc>
          <w:tcPr>
            <w:tcW w:type="dxa" w:w="3288"/>
            <w:gridSpan w:val="2"/>
          </w:tcPr>
          <w:p/>
        </w:tc>
        <w:tc>
          <w:tcPr>
            <w:tcW w:type="dxa" w:w="1644"/>
            <w:shd w:val="clear" w:fill="F0FDF4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성명(대표자)</w:t>
            </w:r>
          </w:p>
        </w:tc>
        <w:tc>
          <w:tcPr>
            <w:tcW w:type="dxa" w:w="3288"/>
            <w:gridSpan w:val="2"/>
          </w:tcPr>
          <w:p/>
        </w:tc>
      </w:tr>
      <w:tr>
        <w:tc>
          <w:tcPr>
            <w:tcW w:type="dxa" w:w="1644"/>
            <w:shd w:val="clear" w:fill="F0FDF4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주소</w:t>
            </w:r>
          </w:p>
        </w:tc>
        <w:tc>
          <w:tcPr>
            <w:tcW w:type="dxa" w:w="3288"/>
            <w:gridSpan w:val="2"/>
          </w:tcPr>
          <w:p/>
        </w:tc>
        <w:tc>
          <w:tcPr>
            <w:tcW w:type="dxa" w:w="1644"/>
            <w:shd w:val="clear" w:fill="F0FDF4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주소</w:t>
            </w:r>
          </w:p>
        </w:tc>
        <w:tc>
          <w:tcPr>
            <w:tcW w:type="dxa" w:w="3288"/>
            <w:gridSpan w:val="2"/>
          </w:tcPr>
          <w:p/>
        </w:tc>
      </w:tr>
      <w:tr>
        <w:tc>
          <w:tcPr>
            <w:tcW w:type="dxa" w:w="1644"/>
            <w:shd w:val="clear" w:fill="F0FDF4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업태 · 종목</w:t>
            </w:r>
          </w:p>
        </w:tc>
        <w:tc>
          <w:tcPr>
            <w:tcW w:type="dxa" w:w="3288"/>
            <w:gridSpan w:val="2"/>
          </w:tcPr>
          <w:p/>
        </w:tc>
        <w:tc>
          <w:tcPr>
            <w:tcW w:type="dxa" w:w="1644"/>
            <w:shd w:val="clear" w:fill="F0FDF4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업태 · 종목</w:t>
            </w:r>
          </w:p>
        </w:tc>
        <w:tc>
          <w:tcPr>
            <w:tcW w:type="dxa" w:w="3288"/>
            <w:gridSpan w:val="2"/>
          </w:tcPr>
          <w:p/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shd w:val="clear" w:fill="F0FDF4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작성일자</w:t>
            </w:r>
          </w:p>
        </w:tc>
        <w:tc>
          <w:tcPr>
            <w:tcW w:type="dxa" w:w="246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  <w:t>년    월    일</w:t>
            </w:r>
          </w:p>
        </w:tc>
        <w:tc>
          <w:tcPr>
            <w:tcW w:type="dxa" w:w="2466"/>
            <w:shd w:val="clear" w:fill="F0FDF4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전화번호</w:t>
            </w:r>
          </w:p>
        </w:tc>
        <w:tc>
          <w:tcPr>
            <w:tcW w:type="dxa" w:w="2466"/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c>
          <w:tcPr>
            <w:tcW w:type="dxa" w:w="1409"/>
            <w:shd w:val="clear" w:fill="22C55E"/>
          </w:tcPr>
          <w:p>
            <w:pPr>
              <w:jc w:val="center"/>
            </w:pPr>
            <w:r>
              <w:rPr>
                <w:color w:val="FFFFFF"/>
              </w:rPr>
            </w:r>
            <w:r>
              <w:rPr>
                <w:rFonts w:ascii="맑은 고딕" w:hAnsi="맑은 고딕" w:eastAsia="맑은 고딕"/>
                <w:b/>
                <w:color w:val="FFFFFF"/>
                <w:sz w:val="20"/>
              </w:rPr>
              <w:t>품목명</w:t>
            </w:r>
          </w:p>
        </w:tc>
        <w:tc>
          <w:tcPr>
            <w:tcW w:type="dxa" w:w="1409"/>
            <w:shd w:val="clear" w:fill="22C55E"/>
          </w:tcPr>
          <w:p>
            <w:pPr>
              <w:jc w:val="center"/>
            </w:pPr>
            <w:r>
              <w:rPr>
                <w:color w:val="FFFFFF"/>
              </w:rPr>
            </w:r>
            <w:r>
              <w:rPr>
                <w:rFonts w:ascii="맑은 고딕" w:hAnsi="맑은 고딕" w:eastAsia="맑은 고딕"/>
                <w:b/>
                <w:color w:val="FFFFFF"/>
                <w:sz w:val="20"/>
              </w:rPr>
              <w:t>규격</w:t>
            </w:r>
          </w:p>
        </w:tc>
        <w:tc>
          <w:tcPr>
            <w:tcW w:type="dxa" w:w="1409"/>
            <w:shd w:val="clear" w:fill="22C55E"/>
          </w:tcPr>
          <w:p>
            <w:pPr>
              <w:jc w:val="center"/>
            </w:pPr>
            <w:r>
              <w:rPr>
                <w:color w:val="FFFFFF"/>
              </w:rPr>
            </w:r>
            <w:r>
              <w:rPr>
                <w:rFonts w:ascii="맑은 고딕" w:hAnsi="맑은 고딕" w:eastAsia="맑은 고딕"/>
                <w:b/>
                <w:color w:val="FFFFFF"/>
                <w:sz w:val="20"/>
              </w:rPr>
              <w:t>수량</w:t>
            </w:r>
          </w:p>
        </w:tc>
        <w:tc>
          <w:tcPr>
            <w:tcW w:type="dxa" w:w="1409"/>
            <w:shd w:val="clear" w:fill="22C55E"/>
          </w:tcPr>
          <w:p>
            <w:pPr>
              <w:jc w:val="center"/>
            </w:pPr>
            <w:r>
              <w:rPr>
                <w:color w:val="FFFFFF"/>
              </w:rPr>
            </w:r>
            <w:r>
              <w:rPr>
                <w:rFonts w:ascii="맑은 고딕" w:hAnsi="맑은 고딕" w:eastAsia="맑은 고딕"/>
                <w:b/>
                <w:color w:val="FFFFFF"/>
                <w:sz w:val="20"/>
              </w:rPr>
              <w:t>단가</w:t>
            </w:r>
          </w:p>
        </w:tc>
        <w:tc>
          <w:tcPr>
            <w:tcW w:type="dxa" w:w="1409"/>
            <w:shd w:val="clear" w:fill="22C55E"/>
          </w:tcPr>
          <w:p>
            <w:pPr>
              <w:jc w:val="center"/>
            </w:pPr>
            <w:r>
              <w:rPr>
                <w:color w:val="FFFFFF"/>
              </w:rPr>
            </w:r>
            <w:r>
              <w:rPr>
                <w:rFonts w:ascii="맑은 고딕" w:hAnsi="맑은 고딕" w:eastAsia="맑은 고딕"/>
                <w:b/>
                <w:color w:val="FFFFFF"/>
                <w:sz w:val="20"/>
              </w:rPr>
              <w:t>공급가액</w:t>
            </w:r>
          </w:p>
        </w:tc>
        <w:tc>
          <w:tcPr>
            <w:tcW w:type="dxa" w:w="1409"/>
            <w:shd w:val="clear" w:fill="22C55E"/>
          </w:tcPr>
          <w:p>
            <w:pPr>
              <w:jc w:val="center"/>
            </w:pPr>
            <w:r>
              <w:rPr>
                <w:color w:val="FFFFFF"/>
              </w:rPr>
            </w:r>
            <w:r>
              <w:rPr>
                <w:rFonts w:ascii="맑은 고딕" w:hAnsi="맑은 고딕" w:eastAsia="맑은 고딕"/>
                <w:b/>
                <w:color w:val="FFFFFF"/>
                <w:sz w:val="20"/>
              </w:rPr>
              <w:t>세액</w:t>
            </w:r>
          </w:p>
        </w:tc>
        <w:tc>
          <w:tcPr>
            <w:tcW w:type="dxa" w:w="1409"/>
            <w:shd w:val="clear" w:fill="22C55E"/>
          </w:tcPr>
          <w:p>
            <w:pPr>
              <w:jc w:val="center"/>
            </w:pPr>
            <w:r>
              <w:rPr>
                <w:color w:val="FFFFFF"/>
              </w:rPr>
            </w:r>
            <w:r>
              <w:rPr>
                <w:rFonts w:ascii="맑은 고딕" w:hAnsi="맑은 고딕" w:eastAsia="맑은 고딕"/>
                <w:b/>
                <w:color w:val="FFFFFF"/>
                <w:sz w:val="20"/>
              </w:rPr>
              <w:t>비고</w:t>
            </w:r>
          </w:p>
        </w:tc>
      </w:tr>
      <w:tr>
        <w:tc>
          <w:tcPr>
            <w:tcW w:type="dxa" w:w="1409"/>
          </w:tcPr>
          <w:p/>
        </w:tc>
        <w:tc>
          <w:tcPr>
            <w:tcW w:type="dxa" w:w="1409"/>
          </w:tcPr>
          <w:p/>
        </w:tc>
        <w:tc>
          <w:tcPr>
            <w:tcW w:type="dxa" w:w="1409"/>
          </w:tcPr>
          <w:p/>
        </w:tc>
        <w:tc>
          <w:tcPr>
            <w:tcW w:type="dxa" w:w="1409"/>
          </w:tcPr>
          <w:p/>
        </w:tc>
        <w:tc>
          <w:tcPr>
            <w:tcW w:type="dxa" w:w="1409"/>
          </w:tcPr>
          <w:p/>
        </w:tc>
        <w:tc>
          <w:tcPr>
            <w:tcW w:type="dxa" w:w="1409"/>
          </w:tcPr>
          <w:p/>
        </w:tc>
        <w:tc>
          <w:tcPr>
            <w:tcW w:type="dxa" w:w="1409"/>
          </w:tcPr>
          <w:p/>
        </w:tc>
      </w:tr>
      <w:tr>
        <w:tc>
          <w:tcPr>
            <w:tcW w:type="dxa" w:w="1409"/>
          </w:tcPr>
          <w:p/>
        </w:tc>
        <w:tc>
          <w:tcPr>
            <w:tcW w:type="dxa" w:w="1409"/>
          </w:tcPr>
          <w:p/>
        </w:tc>
        <w:tc>
          <w:tcPr>
            <w:tcW w:type="dxa" w:w="1409"/>
          </w:tcPr>
          <w:p/>
        </w:tc>
        <w:tc>
          <w:tcPr>
            <w:tcW w:type="dxa" w:w="1409"/>
          </w:tcPr>
          <w:p/>
        </w:tc>
        <w:tc>
          <w:tcPr>
            <w:tcW w:type="dxa" w:w="1409"/>
          </w:tcPr>
          <w:p/>
        </w:tc>
        <w:tc>
          <w:tcPr>
            <w:tcW w:type="dxa" w:w="1409"/>
          </w:tcPr>
          <w:p/>
        </w:tc>
        <w:tc>
          <w:tcPr>
            <w:tcW w:type="dxa" w:w="1409"/>
          </w:tcPr>
          <w:p/>
        </w:tc>
      </w:tr>
      <w:tr>
        <w:tc>
          <w:tcPr>
            <w:tcW w:type="dxa" w:w="1409"/>
          </w:tcPr>
          <w:p/>
        </w:tc>
        <w:tc>
          <w:tcPr>
            <w:tcW w:type="dxa" w:w="1409"/>
          </w:tcPr>
          <w:p/>
        </w:tc>
        <w:tc>
          <w:tcPr>
            <w:tcW w:type="dxa" w:w="1409"/>
          </w:tcPr>
          <w:p/>
        </w:tc>
        <w:tc>
          <w:tcPr>
            <w:tcW w:type="dxa" w:w="1409"/>
          </w:tcPr>
          <w:p/>
        </w:tc>
        <w:tc>
          <w:tcPr>
            <w:tcW w:type="dxa" w:w="1409"/>
          </w:tcPr>
          <w:p/>
        </w:tc>
        <w:tc>
          <w:tcPr>
            <w:tcW w:type="dxa" w:w="1409"/>
          </w:tcPr>
          <w:p/>
        </w:tc>
        <w:tc>
          <w:tcPr>
            <w:tcW w:type="dxa" w:w="1409"/>
          </w:tcPr>
          <w:p/>
        </w:tc>
      </w:tr>
      <w:tr>
        <w:tc>
          <w:tcPr>
            <w:tcW w:type="dxa" w:w="1409"/>
          </w:tcPr>
          <w:p/>
        </w:tc>
        <w:tc>
          <w:tcPr>
            <w:tcW w:type="dxa" w:w="1409"/>
          </w:tcPr>
          <w:p/>
        </w:tc>
        <w:tc>
          <w:tcPr>
            <w:tcW w:type="dxa" w:w="1409"/>
          </w:tcPr>
          <w:p/>
        </w:tc>
        <w:tc>
          <w:tcPr>
            <w:tcW w:type="dxa" w:w="1409"/>
          </w:tcPr>
          <w:p/>
        </w:tc>
        <w:tc>
          <w:tcPr>
            <w:tcW w:type="dxa" w:w="1409"/>
          </w:tcPr>
          <w:p/>
        </w:tc>
        <w:tc>
          <w:tcPr>
            <w:tcW w:type="dxa" w:w="1409"/>
          </w:tcPr>
          <w:p/>
        </w:tc>
        <w:tc>
          <w:tcPr>
            <w:tcW w:type="dxa" w:w="1409"/>
          </w:tcPr>
          <w:p/>
        </w:tc>
      </w:tr>
      <w:tr>
        <w:tc>
          <w:tcPr>
            <w:tcW w:type="dxa" w:w="1409"/>
          </w:tcPr>
          <w:p/>
        </w:tc>
        <w:tc>
          <w:tcPr>
            <w:tcW w:type="dxa" w:w="1409"/>
          </w:tcPr>
          <w:p/>
        </w:tc>
        <w:tc>
          <w:tcPr>
            <w:tcW w:type="dxa" w:w="1409"/>
          </w:tcPr>
          <w:p/>
        </w:tc>
        <w:tc>
          <w:tcPr>
            <w:tcW w:type="dxa" w:w="1409"/>
          </w:tcPr>
          <w:p/>
        </w:tc>
        <w:tc>
          <w:tcPr>
            <w:tcW w:type="dxa" w:w="1409"/>
          </w:tcPr>
          <w:p/>
        </w:tc>
        <w:tc>
          <w:tcPr>
            <w:tcW w:type="dxa" w:w="1409"/>
          </w:tcPr>
          <w:p/>
        </w:tc>
        <w:tc>
          <w:tcPr>
            <w:tcW w:type="dxa" w:w="1409"/>
          </w:tcPr>
          <w:p/>
        </w:tc>
      </w:tr>
      <w:tr>
        <w:tc>
          <w:tcPr>
            <w:tcW w:type="dxa" w:w="1409"/>
          </w:tcPr>
          <w:p/>
        </w:tc>
        <w:tc>
          <w:tcPr>
            <w:tcW w:type="dxa" w:w="1409"/>
          </w:tcPr>
          <w:p/>
        </w:tc>
        <w:tc>
          <w:tcPr>
            <w:tcW w:type="dxa" w:w="1409"/>
          </w:tcPr>
          <w:p/>
        </w:tc>
        <w:tc>
          <w:tcPr>
            <w:tcW w:type="dxa" w:w="1409"/>
          </w:tcPr>
          <w:p/>
        </w:tc>
        <w:tc>
          <w:tcPr>
            <w:tcW w:type="dxa" w:w="1409"/>
          </w:tcPr>
          <w:p/>
        </w:tc>
        <w:tc>
          <w:tcPr>
            <w:tcW w:type="dxa" w:w="1409"/>
          </w:tcPr>
          <w:p/>
        </w:tc>
        <w:tc>
          <w:tcPr>
            <w:tcW w:type="dxa" w:w="1409"/>
          </w:tcPr>
          <w:p/>
        </w:tc>
      </w:tr>
      <w:tr>
        <w:tc>
          <w:tcPr>
            <w:tcW w:type="dxa" w:w="1409"/>
          </w:tcPr>
          <w:p/>
        </w:tc>
        <w:tc>
          <w:tcPr>
            <w:tcW w:type="dxa" w:w="1409"/>
          </w:tcPr>
          <w:p/>
        </w:tc>
        <w:tc>
          <w:tcPr>
            <w:tcW w:type="dxa" w:w="1409"/>
          </w:tcPr>
          <w:p/>
        </w:tc>
        <w:tc>
          <w:tcPr>
            <w:tcW w:type="dxa" w:w="1409"/>
          </w:tcPr>
          <w:p/>
        </w:tc>
        <w:tc>
          <w:tcPr>
            <w:tcW w:type="dxa" w:w="1409"/>
          </w:tcPr>
          <w:p/>
        </w:tc>
        <w:tc>
          <w:tcPr>
            <w:tcW w:type="dxa" w:w="1409"/>
          </w:tcPr>
          <w:p/>
        </w:tc>
        <w:tc>
          <w:tcPr>
            <w:tcW w:type="dxa" w:w="1409"/>
          </w:tcPr>
          <w:p/>
        </w:tc>
      </w:tr>
      <w:tr>
        <w:tc>
          <w:tcPr>
            <w:tcW w:type="dxa" w:w="1409"/>
          </w:tcPr>
          <w:p/>
        </w:tc>
        <w:tc>
          <w:tcPr>
            <w:tcW w:type="dxa" w:w="1409"/>
          </w:tcPr>
          <w:p/>
        </w:tc>
        <w:tc>
          <w:tcPr>
            <w:tcW w:type="dxa" w:w="1409"/>
          </w:tcPr>
          <w:p/>
        </w:tc>
        <w:tc>
          <w:tcPr>
            <w:tcW w:type="dxa" w:w="1409"/>
          </w:tcPr>
          <w:p/>
        </w:tc>
        <w:tc>
          <w:tcPr>
            <w:tcW w:type="dxa" w:w="1409"/>
          </w:tcPr>
          <w:p/>
        </w:tc>
        <w:tc>
          <w:tcPr>
            <w:tcW w:type="dxa" w:w="1409"/>
          </w:tcPr>
          <w:p/>
        </w:tc>
        <w:tc>
          <w:tcPr>
            <w:tcW w:type="dxa" w:w="1409"/>
          </w:tcPr>
          <w:p/>
        </w:tc>
      </w:tr>
      <w:tr>
        <w:tc>
          <w:tcPr>
            <w:tcW w:type="dxa" w:w="1409"/>
          </w:tcPr>
          <w:p/>
        </w:tc>
        <w:tc>
          <w:tcPr>
            <w:tcW w:type="dxa" w:w="1409"/>
          </w:tcPr>
          <w:p/>
        </w:tc>
        <w:tc>
          <w:tcPr>
            <w:tcW w:type="dxa" w:w="1409"/>
          </w:tcPr>
          <w:p/>
        </w:tc>
        <w:tc>
          <w:tcPr>
            <w:tcW w:type="dxa" w:w="1409"/>
          </w:tcPr>
          <w:p/>
        </w:tc>
        <w:tc>
          <w:tcPr>
            <w:tcW w:type="dxa" w:w="1409"/>
          </w:tcPr>
          <w:p/>
        </w:tc>
        <w:tc>
          <w:tcPr>
            <w:tcW w:type="dxa" w:w="1409"/>
          </w:tcPr>
          <w:p/>
        </w:tc>
        <w:tc>
          <w:tcPr>
            <w:tcW w:type="dxa" w:w="1409"/>
          </w:tcPr>
          <w:p/>
        </w:tc>
      </w:tr>
      <w:tr>
        <w:tc>
          <w:tcPr>
            <w:tcW w:type="dxa" w:w="1409"/>
          </w:tcPr>
          <w:p/>
        </w:tc>
        <w:tc>
          <w:tcPr>
            <w:tcW w:type="dxa" w:w="1409"/>
          </w:tcPr>
          <w:p/>
        </w:tc>
        <w:tc>
          <w:tcPr>
            <w:tcW w:type="dxa" w:w="1409"/>
          </w:tcPr>
          <w:p/>
        </w:tc>
        <w:tc>
          <w:tcPr>
            <w:tcW w:type="dxa" w:w="1409"/>
          </w:tcPr>
          <w:p/>
        </w:tc>
        <w:tc>
          <w:tcPr>
            <w:tcW w:type="dxa" w:w="1409"/>
          </w:tcPr>
          <w:p/>
        </w:tc>
        <w:tc>
          <w:tcPr>
            <w:tcW w:type="dxa" w:w="1409"/>
          </w:tcPr>
          <w:p/>
        </w:tc>
        <w:tc>
          <w:tcPr>
            <w:tcW w:type="dxa" w:w="1409"/>
          </w:tcPr>
          <w:p/>
        </w:tc>
      </w:tr>
      <w:tr>
        <w:tc>
          <w:tcPr>
            <w:tcW w:type="dxa" w:w="1409"/>
          </w:tcPr>
          <w:p/>
        </w:tc>
        <w:tc>
          <w:tcPr>
            <w:tcW w:type="dxa" w:w="1409"/>
          </w:tcPr>
          <w:p/>
        </w:tc>
        <w:tc>
          <w:tcPr>
            <w:tcW w:type="dxa" w:w="1409"/>
          </w:tcPr>
          <w:p/>
        </w:tc>
        <w:tc>
          <w:tcPr>
            <w:tcW w:type="dxa" w:w="1409"/>
          </w:tcPr>
          <w:p/>
        </w:tc>
        <w:tc>
          <w:tcPr>
            <w:tcW w:type="dxa" w:w="1409"/>
          </w:tcPr>
          <w:p/>
        </w:tc>
        <w:tc>
          <w:tcPr>
            <w:tcW w:type="dxa" w:w="1409"/>
          </w:tcPr>
          <w:p/>
        </w:tc>
        <w:tc>
          <w:tcPr>
            <w:tcW w:type="dxa" w:w="1409"/>
          </w:tcPr>
          <w:p/>
        </w:tc>
      </w:tr>
      <w:tr>
        <w:tc>
          <w:tcPr>
            <w:tcW w:type="dxa" w:w="1409"/>
          </w:tcPr>
          <w:p/>
        </w:tc>
        <w:tc>
          <w:tcPr>
            <w:tcW w:type="dxa" w:w="1409"/>
          </w:tcPr>
          <w:p/>
        </w:tc>
        <w:tc>
          <w:tcPr>
            <w:tcW w:type="dxa" w:w="1409"/>
          </w:tcPr>
          <w:p/>
        </w:tc>
        <w:tc>
          <w:tcPr>
            <w:tcW w:type="dxa" w:w="1409"/>
          </w:tcPr>
          <w:p/>
        </w:tc>
        <w:tc>
          <w:tcPr>
            <w:tcW w:type="dxa" w:w="1409"/>
          </w:tcPr>
          <w:p/>
        </w:tc>
        <w:tc>
          <w:tcPr>
            <w:tcW w:type="dxa" w:w="1409"/>
          </w:tcPr>
          <w:p/>
        </w:tc>
        <w:tc>
          <w:tcPr>
            <w:tcW w:type="dxa" w:w="1409"/>
          </w:tcPr>
          <w:p/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shd w:val="clear" w:fill="DCFCE7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합 계</w:t>
            </w:r>
          </w:p>
        </w:tc>
        <w:tc>
          <w:tcPr>
            <w:tcW w:type="dxa" w:w="2466"/>
            <w:shd w:val="clear" w:fill="DCFCE7"/>
          </w:tcPr>
          <w:p>
            <w:pPr>
              <w:jc w:val="right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 xml:space="preserve">공급가액: </w:t>
            </w:r>
          </w:p>
        </w:tc>
        <w:tc>
          <w:tcPr>
            <w:tcW w:type="dxa" w:w="2466"/>
            <w:shd w:val="clear" w:fill="DCFCE7"/>
          </w:tcPr>
          <w:p>
            <w:pPr>
              <w:jc w:val="right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 xml:space="preserve">세액: </w:t>
            </w:r>
          </w:p>
        </w:tc>
        <w:tc>
          <w:tcPr>
            <w:tcW w:type="dxa" w:w="2466"/>
            <w:shd w:val="clear" w:fill="DCFCE7"/>
          </w:tcPr>
          <w:p>
            <w:pPr>
              <w:jc w:val="right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 xml:space="preserve">합계금액: </w:t>
            </w:r>
          </w:p>
        </w:tc>
      </w:tr>
      <w:tr>
        <w:tc>
          <w:tcPr>
            <w:tcW w:type="dxa" w:w="2466"/>
            <w:shd w:val="clear" w:fill="F0FDF4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합계금액</w:t>
            </w:r>
          </w:p>
        </w:tc>
        <w:tc>
          <w:tcPr>
            <w:tcW w:type="dxa" w:w="7398"/>
            <w:gridSpan w:val="3"/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  <w:t>금                          원정 (₩                 )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  <w:shd w:val="clear" w:fill="F0FDF4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인수 확인</w:t>
            </w:r>
          </w:p>
        </w:tc>
        <w:tc>
          <w:tcPr>
            <w:tcW w:type="dxa" w:w="4933"/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  <w:t>위와 같이 인수하였음을 확인합니다.      인수자:                    (서명 또는 인)</w:t>
            </w:r>
          </w:p>
        </w:tc>
      </w:tr>
    </w:tbl>
    <w:p>
      <w:r>
        <w:rPr>
          <w:color w:val="666666"/>
          <w:sz w:val="16"/>
        </w:rPr>
        <w:t>※ 본 거래명세서는 거래 확인용 서류이며 세금계산서를 대신하지 않습니다. 세액은 공급가액의 10%(부가가치세) 기준으로 계산해 적어 주세요. 면세 품목은 세액을 0으로 적습니다.</w:t>
      </w:r>
    </w:p>
    <w:p>
      <w:r>
        <w:rPr>
          <w:color w:val="999999"/>
          <w:sz w:val="16"/>
        </w:rPr>
        <w:t>양식 출처: FoxCG (foxcg.com) — 거래명세서 양식 다운로드 글에서 무료 제공</w:t>
      </w:r>
    </w:p>
    <w:sectPr w:rsidR="00FC693F" w:rsidRPr="0006063C" w:rsidSect="00034616">
      <w:pgSz w:w="11906" w:h="16838"/>
      <w:pgMar w:top="102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