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45309"/>
          <w:sz w:val="36"/>
        </w:rPr>
        <w:t>신입용 이력서 (신입형)</w:t>
      </w:r>
    </w:p>
    <w:p>
      <w:pPr>
        <w:jc w:val="center"/>
      </w:pPr>
      <w:r>
        <w:rPr>
          <w:i/>
          <w:color w:val="666666"/>
          <w:sz w:val="16"/>
        </w:rPr>
        <w:t>※ 예시를 참고해 작성하세요. 해당 없는 항목은 '해당 없음'으로 표시하고, 제출 전에는 예시 문구를 모두 지우세요.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인적사항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성명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홍길동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생년월일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1998년 3월 1일</w:t>
            </w:r>
          </w:p>
        </w:tc>
      </w:tr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연락처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010-1234-5678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이메일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example@email.com</w:t>
            </w:r>
          </w:p>
        </w:tc>
      </w:tr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주소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서울특별시 마포구 ○○로 12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학력사항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재학기간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학교명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전공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졸업여부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2017.03 ~ 2021.02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○○대학교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컴퓨터공학과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졸업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2017.03 ~ 2021.02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○○대학교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컴퓨터공학과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졸업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경험·활동사항 (인턴·대외활동·동아리·프로젝트)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활동기간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기관/단체명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활동내용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역할/성과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2024.07 ~ 2024.08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○○인턴십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마케팅 보조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조회수 20% 증가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2024.07 ~ 2024.08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○○인턴십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마케팅 보조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조회수 20% 증가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자격증 및 어학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취득일</w:t>
            </w:r>
          </w:p>
        </w:tc>
        <w:tc>
          <w:tcPr>
            <w:tcW w:type="dxa" w:w="34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자격증명</w:t>
            </w:r>
          </w:p>
        </w:tc>
        <w:tc>
          <w:tcPr>
            <w:tcW w:type="dxa" w:w="34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발급기관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2023.05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정보처리기사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한국산업인력공단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2023.05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정보처리기사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한국산업인력공단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교육이수사항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이수기간</w:t>
            </w:r>
          </w:p>
        </w:tc>
        <w:tc>
          <w:tcPr>
            <w:tcW w:type="dxa" w:w="34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교육명</w:t>
            </w:r>
          </w:p>
        </w:tc>
        <w:tc>
          <w:tcPr>
            <w:tcW w:type="dxa" w:w="34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교육기관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2024.03 ~ 2024.06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데이터 분석 부트캠프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○○교육원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2024.03 ~ 2024.06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데이터 분석 부트캠프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○○교육원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간단 자기소개 (선택)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소개글</w:t>
            </w:r>
          </w:p>
        </w:tc>
      </w:tr>
      <w:tr>
        <w:tc>
          <w:tcPr>
            <w:tcW w:type="dxa" w:w="102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책임감과 성실함을 강점으로 ○○ 직무에 지원합니다.</w:t>
            </w:r>
          </w:p>
        </w:tc>
      </w:tr>
      <w:tr>
        <w:tc>
          <w:tcPr>
            <w:tcW w:type="dxa" w:w="102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책임감과 성실함을 강점으로 ○○ 직무에 지원합니다.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작성일·지원자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작성일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2026년 10월 19일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지원자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서명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