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사 직 서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>
              <w:rPr>
                <w:sz w:val="22"/>
              </w:rPr>
              <w:t>소 속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직 위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성 명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생년월일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연 락 처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입사일자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희망 퇴사일자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인수인계 담당자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</w:tbl>
    <w:p/>
    <w:p>
      <w:r>
        <w:rPr>
          <w:b/>
          <w:sz w:val="26"/>
        </w:rPr>
        <w:t>■ 퇴직 사유</w:t>
      </w:r>
    </w:p>
    <w:p>
      <w:r>
        <w:t xml:space="preserve">  □ 일신상의 사유   □ 건강상의 사유   □ 이사·통근   □ 학업·진학   □ 창업·이직   □ 기타(               )</w:t>
      </w:r>
    </w:p>
    <w:p/>
    <w:p>
      <w:r>
        <w:rPr>
          <w:b/>
          <w:sz w:val="26"/>
        </w:rPr>
        <w:t>■ 상세 사유 (선택 기재)</w:t>
      </w:r>
    </w:p>
    <w:p>
      <w:r>
        <w:t>※ 실업급여 수급과 관련해 퇴직 사유가 중요할 수 있습니다. 권고사직·정당한 사유가 있다면 제출 전 반드시 확인하세요.</w:t>
      </w:r>
    </w:p>
    <w:p>
      <w:r>
        <w:t>────────────────────────────────────────</w:t>
      </w:r>
    </w:p>
    <w:p>
      <w:r>
        <w:t>────────────────────────────────────────</w:t>
      </w:r>
    </w:p>
    <w:p>
      <w:r>
        <w:t>────────────────────────────────────────</w:t>
      </w:r>
    </w:p>
    <w:p/>
    <w:p>
      <w:pPr>
        <w:jc w:val="center"/>
      </w:pPr>
      <w:r>
        <w:t>위와 같이 사직서를 제출하오니 수리하여 주시기 바랍니다.</w:t>
      </w:r>
    </w:p>
    <w:p/>
    <w:p>
      <w:pPr>
        <w:jc w:val="center"/>
      </w:pPr>
      <w:r>
        <w:rPr>
          <w:sz w:val="24"/>
        </w:rPr>
        <w:t>년        월        일</w:t>
      </w:r>
    </w:p>
    <w:p/>
    <w:p>
      <w:pPr>
        <w:jc w:val="right"/>
      </w:pPr>
      <w:r>
        <w:rPr>
          <w:sz w:val="24"/>
        </w:rPr>
        <w:t>제출인 :                      (인)</w:t>
      </w:r>
    </w:p>
    <w:p/>
    <w:p>
      <w:pPr>
        <w:jc w:val="right"/>
      </w:pPr>
      <w:r>
        <w:rPr>
          <w:sz w:val="24"/>
        </w:rPr>
        <w:t>수신 : (주)                    대표이사 귀하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