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사 직 서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>
              <w:rPr>
                <w:sz w:val="22"/>
              </w:rPr>
              <w:t>소 속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직 위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성 명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생년월일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입사일자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퇴사일자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22"/>
              </w:rPr>
              <w:t>사직사유</w:t>
            </w:r>
          </w:p>
        </w:tc>
        <w:tc>
          <w:tcPr>
            <w:tcW w:type="dxa" w:w="6803"/>
          </w:tcPr>
          <w:p>
            <w:r>
              <w:rPr>
                <w:sz w:val="22"/>
              </w:rPr>
              <w:t>일신상의 사유</w:t>
            </w:r>
          </w:p>
        </w:tc>
      </w:tr>
    </w:tbl>
    <w:p/>
    <w:p>
      <w:pPr>
        <w:jc w:val="center"/>
      </w:pPr>
      <w:r>
        <w:t>위 본인은 위와 같은 사유로 사직하고자 하오니 수리하여 주시기 바랍니다.</w:t>
      </w:r>
    </w:p>
    <w:p/>
    <w:p>
      <w:pPr>
        <w:jc w:val="center"/>
      </w:pPr>
      <w:r>
        <w:rPr>
          <w:sz w:val="24"/>
        </w:rPr>
        <w:t>년        월        일</w:t>
      </w:r>
    </w:p>
    <w:p/>
    <w:p>
      <w:pPr>
        <w:jc w:val="right"/>
      </w:pPr>
      <w:r>
        <w:rPr>
          <w:sz w:val="24"/>
        </w:rPr>
        <w:t>제출인 :                      (인)</w:t>
      </w:r>
    </w:p>
    <w:p/>
    <w:p>
      <w:pPr>
        <w:jc w:val="right"/>
      </w:pPr>
      <w:r>
        <w:rPr>
          <w:sz w:val="24"/>
        </w:rPr>
        <w:t>수신 : (주)                    대표이사 귀하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