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sz w:val="40"/>
        </w:rPr>
        <w:t>재  직  증  명  서</w:t>
      </w:r>
    </w:p>
    <w:p/>
    <w:p>
      <w:r>
        <w:rPr>
          <w:rFonts w:ascii="맑은 고딕" w:hAnsi="맑은 고딕" w:eastAsia="맑은 고딕"/>
          <w:b w:val="0"/>
          <w:color w:val="808080"/>
          <w:sz w:val="18"/>
        </w:rPr>
        <w:t>※ 작성 안내: 예시 문구는 지우고 실제 내용으로 채워 주세요. 주민등록번호는 개인정보보호를 위해 생년월일 앞자리 8자리(YYYYMMDD)만 기재하시는 것을 권장합니다.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1A56DB"/>
          </w:tcPr>
          <w:p>
            <w:r/>
            <w:r>
              <w:rPr>
                <w:rFonts w:ascii="맑은 고딕" w:hAnsi="맑은 고딕" w:eastAsia="맑은 고딕"/>
                <w:b/>
                <w:color w:val="FFFFFF"/>
                <w:sz w:val="22"/>
              </w:rPr>
              <w:t>항목</w:t>
            </w:r>
          </w:p>
        </w:tc>
        <w:tc>
          <w:tcPr>
            <w:tcW w:type="dxa" w:w="4873"/>
            <w:shd w:val="clear" w:fill="1A56DB"/>
          </w:tcPr>
          <w:p>
            <w:r/>
            <w:r>
              <w:rPr>
                <w:rFonts w:ascii="맑은 고딕" w:hAnsi="맑은 고딕" w:eastAsia="맑은 고딕"/>
                <w:b/>
                <w:color w:val="FFFFFF"/>
                <w:sz w:val="22"/>
              </w:rPr>
              <w:t>내  용</w:t>
            </w:r>
          </w:p>
        </w:tc>
      </w:tr>
      <w:tr>
        <w:tc>
          <w:tcPr>
            <w:tcW w:type="dxa" w:w="4873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2"/>
              </w:rPr>
              <w:t>성  명</w:t>
            </w:r>
          </w:p>
        </w:tc>
        <w:tc>
          <w:tcPr>
            <w:tcW w:type="dxa" w:w="4873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홍 길 동</w:t>
            </w:r>
          </w:p>
        </w:tc>
      </w:tr>
      <w:tr>
        <w:tc>
          <w:tcPr>
            <w:tcW w:type="dxa" w:w="4873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2"/>
              </w:rPr>
              <w:t>생년월일</w:t>
            </w:r>
          </w:p>
        </w:tc>
        <w:tc>
          <w:tcPr>
            <w:tcW w:type="dxa" w:w="4873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19900101  ※ 주민등록번호 전체 기재 금지, 앞자리 8자리만 권장</w:t>
            </w:r>
          </w:p>
        </w:tc>
      </w:tr>
      <w:tr>
        <w:tc>
          <w:tcPr>
            <w:tcW w:type="dxa" w:w="4873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2"/>
              </w:rPr>
              <w:t>소속 부서</w:t>
            </w:r>
          </w:p>
        </w:tc>
        <w:tc>
          <w:tcPr>
            <w:tcW w:type="dxa" w:w="4873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영업팀</w:t>
            </w:r>
          </w:p>
        </w:tc>
      </w:tr>
      <w:tr>
        <w:tc>
          <w:tcPr>
            <w:tcW w:type="dxa" w:w="4873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2"/>
              </w:rPr>
              <w:t>직  위</w:t>
            </w:r>
          </w:p>
        </w:tc>
        <w:tc>
          <w:tcPr>
            <w:tcW w:type="dxa" w:w="4873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대리</w:t>
            </w:r>
          </w:p>
        </w:tc>
      </w:tr>
      <w:tr>
        <w:tc>
          <w:tcPr>
            <w:tcW w:type="dxa" w:w="4873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2"/>
              </w:rPr>
              <w:t>재직 기간</w:t>
            </w:r>
          </w:p>
        </w:tc>
        <w:tc>
          <w:tcPr>
            <w:tcW w:type="dxa" w:w="4873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2021년 3월 2일 ~ 현재 재직 중</w:t>
            </w:r>
          </w:p>
        </w:tc>
      </w:tr>
      <w:tr>
        <w:tc>
          <w:tcPr>
            <w:tcW w:type="dxa" w:w="4873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2"/>
              </w:rPr>
              <w:t>발 급 용 도</w:t>
            </w:r>
          </w:p>
        </w:tc>
        <w:tc>
          <w:tcPr>
            <w:tcW w:type="dxa" w:w="4873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금융기관 제출용</w:t>
            </w:r>
          </w:p>
        </w:tc>
      </w:tr>
      <w:tr>
        <w:tc>
          <w:tcPr>
            <w:tcW w:type="dxa" w:w="4873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2"/>
              </w:rPr>
              <w:t>비  고</w:t>
            </w:r>
          </w:p>
        </w:tc>
        <w:tc>
          <w:tcPr>
            <w:tcW w:type="dxa" w:w="4873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회사명</w:t>
            </w:r>
          </w:p>
        </w:tc>
        <w:tc>
          <w:tcPr>
            <w:tcW w:type="dxa" w:w="1247"/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>(주)폭스씨지</w:t>
            </w:r>
          </w:p>
        </w:tc>
        <w:tc>
          <w:tcPr>
            <w:tcW w:type="dxa" w:w="2436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36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대표자</w:t>
            </w:r>
          </w:p>
        </w:tc>
        <w:tc>
          <w:tcPr>
            <w:tcW w:type="dxa" w:w="1247"/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>테니</w:t>
            </w:r>
          </w:p>
        </w:tc>
        <w:tc>
          <w:tcPr>
            <w:tcW w:type="dxa" w:w="2436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발급일자</w:t>
            </w:r>
          </w:p>
        </w:tc>
        <w:tc>
          <w:tcPr>
            <w:tcW w:type="dxa" w:w="2436"/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>2026년 10월 19일</w:t>
            </w:r>
          </w:p>
        </w:tc>
      </w:tr>
      <w:tr>
        <w:tc>
          <w:tcPr>
            <w:tcW w:type="dxa" w:w="2436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주 소</w:t>
            </w:r>
          </w:p>
        </w:tc>
        <w:tc>
          <w:tcPr>
            <w:tcW w:type="dxa" w:w="1247"/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>서울특별시 중구 을지로 100</w:t>
            </w:r>
          </w:p>
        </w:tc>
        <w:tc>
          <w:tcPr>
            <w:tcW w:type="dxa" w:w="2436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436"/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2436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전화번호</w:t>
            </w:r>
          </w:p>
        </w:tc>
        <w:tc>
          <w:tcPr>
            <w:tcW w:type="dxa" w:w="1247"/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>02-1234-5678</w:t>
            </w:r>
          </w:p>
        </w:tc>
        <w:tc>
          <w:tcPr>
            <w:tcW w:type="dxa" w:w="2436"/>
            <w:shd w:val="clear" w:fill="EFF4FF"/>
          </w:tcPr>
          <w:p>
            <w:r/>
            <w:r>
              <w:rPr>
                <w:rFonts w:ascii="맑은 고딕" w:hAnsi="맑은 고딕" w:eastAsia="맑은 고딕"/>
                <w:b/>
                <w:sz w:val="20"/>
              </w:rPr>
              <w:t>담당자</w:t>
            </w:r>
          </w:p>
        </w:tc>
        <w:tc>
          <w:tcPr>
            <w:tcW w:type="dxa" w:w="2436"/>
          </w:tcPr>
          <w:p>
            <w:r/>
            <w:r>
              <w:rPr>
                <w:rFonts w:ascii="맑은 고딕" w:hAnsi="맑은 고딕" w:eastAsia="맑은 고딕"/>
                <w:b w:val="0"/>
                <w:sz w:val="20"/>
              </w:rPr>
              <w:t>인사팀 김철수</w:t>
            </w:r>
          </w:p>
        </w:tc>
      </w:tr>
    </w:tbl>
    <w:p/>
    <w:p>
      <w:pPr>
        <w:jc w:val="center"/>
      </w:pPr>
      <w:r>
        <w:rPr>
          <w:rFonts w:ascii="맑은 고딕" w:hAnsi="맑은 고딕" w:eastAsia="맑은 고딕"/>
          <w:b/>
          <w:sz w:val="24"/>
        </w:rPr>
        <w:t>위와 같이 재직 중임을 증명합니다.</w:t>
      </w:r>
    </w:p>
    <w:p/>
    <w:p>
      <w:pPr>
        <w:jc w:val="right"/>
      </w:pPr>
      <w:r>
        <w:rPr>
          <w:rFonts w:ascii="맑은 고딕" w:hAnsi="맑은 고딕" w:eastAsia="맑은 고딕"/>
          <w:b/>
          <w:sz w:val="22"/>
        </w:rPr>
        <w:t>(직인 날인)</w:t>
      </w:r>
    </w:p>
    <w:p>
      <w:pPr>
        <w:jc w:val="right"/>
      </w:pPr>
      <w:r>
        <w:rPr>
          <w:rFonts w:ascii="맑은 고딕" w:hAnsi="맑은 고딕" w:eastAsia="맑은 고딕"/>
          <w:b w:val="0"/>
          <w:color w:val="808080"/>
          <w:sz w:val="20"/>
        </w:rPr>
        <w:t>┌────────────┐</w:t>
        <w:br/>
        <w:t>│  직인 날인란  │</w:t>
        <w:br/>
        <w:t>└────────────┘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